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9ECC2" w14:textId="73C9E898" w:rsidR="00D4630D" w:rsidRDefault="00942742">
      <w:r>
        <w:t>Dear Parent/Carer,</w:t>
      </w:r>
    </w:p>
    <w:p w14:paraId="64ECC037" w14:textId="01C42E69" w:rsidR="00D4630D" w:rsidRDefault="00D4630D"/>
    <w:p w14:paraId="5F1B3455" w14:textId="5A60F8BA" w:rsidR="00D4630D" w:rsidRDefault="00942742">
      <w:r>
        <w:t xml:space="preserve">As part of our ongoing History topic on the First World War, we will be taking the children on an educational visit to Holsworthy Park to follow the WW1 Memorial Trail. This trail offers pupils a valuable opportunity to deepen their understanding on local soldiers of WW1 and to see different memorials. </w:t>
      </w:r>
    </w:p>
    <w:p w14:paraId="31B391A6" w14:textId="77777777" w:rsidR="00D4630D" w:rsidRDefault="00942742">
      <w:r>
        <w:t xml:space="preserve">The trip will take place on </w:t>
      </w:r>
      <w:r w:rsidRPr="00942742">
        <w:rPr>
          <w:b/>
          <w:bCs/>
        </w:rPr>
        <w:t>Wednesday 10th December.</w:t>
      </w:r>
    </w:p>
    <w:p w14:paraId="54CC51E2" w14:textId="5532EC62" w:rsidR="00D4630D" w:rsidRDefault="00942742">
      <w:r>
        <w:t>We will leave school at 12:00pm, and the children will eat their packed lunch in the park before beginning the trail walk.</w:t>
      </w:r>
    </w:p>
    <w:p w14:paraId="1CB165F5" w14:textId="1DA6274A" w:rsidR="00942742" w:rsidRDefault="00942742">
      <w:r>
        <w:t xml:space="preserve">If your child is entitled to a free school meal and you would like us to provide one, please let the office know by Tuesday at the latest. </w:t>
      </w:r>
    </w:p>
    <w:p w14:paraId="3D6E3F3E" w14:textId="77777777" w:rsidR="00D4630D" w:rsidRDefault="00942742">
      <w:r>
        <w:t>Please ensure your child brings:</w:t>
      </w:r>
    </w:p>
    <w:p w14:paraId="497CF5D4" w14:textId="77777777" w:rsidR="00D4630D" w:rsidRDefault="00942742">
      <w:r>
        <w:t>- A packed lunch and drink</w:t>
      </w:r>
    </w:p>
    <w:p w14:paraId="59EFAAB8" w14:textId="0351A0FA" w:rsidR="00D4630D" w:rsidRDefault="00942742">
      <w:r>
        <w:t>- A lightweight coat and their cap, as the weather forecast shows a chance of light rain</w:t>
      </w:r>
    </w:p>
    <w:p w14:paraId="5A75337A" w14:textId="77777777" w:rsidR="00D4630D" w:rsidRDefault="00942742">
      <w:r>
        <w:t>- Suitable footwear for walking</w:t>
      </w:r>
    </w:p>
    <w:p w14:paraId="5D44B8F8" w14:textId="77777777" w:rsidR="00D4630D" w:rsidRDefault="00D4630D"/>
    <w:p w14:paraId="3078E048" w14:textId="77777777" w:rsidR="00D4630D" w:rsidRDefault="00942742">
      <w:r>
        <w:t>We plan to return to school before the end of the normal school day.</w:t>
      </w:r>
    </w:p>
    <w:p w14:paraId="2840E9FF" w14:textId="77777777" w:rsidR="00D4630D" w:rsidRDefault="00D4630D"/>
    <w:p w14:paraId="5D5DAC2F" w14:textId="2B6682BB" w:rsidR="00D4630D" w:rsidRDefault="00942742">
      <w:r>
        <w:t>----------------------------------------------------------------------------------------------------------------------</w:t>
      </w:r>
    </w:p>
    <w:p w14:paraId="6DA36B07" w14:textId="77777777" w:rsidR="00D4630D" w:rsidRDefault="00942742">
      <w:r>
        <w:t>Consent Slip — Holsworthy Park WW1 Memorial Trail Trip</w:t>
      </w:r>
    </w:p>
    <w:p w14:paraId="314DD139" w14:textId="77777777" w:rsidR="00D4630D" w:rsidRDefault="00D4630D"/>
    <w:p w14:paraId="34341B6A" w14:textId="4F5416F8" w:rsidR="00D4630D" w:rsidRDefault="00942742">
      <w:r>
        <w:t>I give permission for my child, _____________________________________________, in class 4 to attend the school trip to Holsworthy Park on Wednesday 10th December.</w:t>
      </w:r>
    </w:p>
    <w:p w14:paraId="4E0C9071" w14:textId="77777777" w:rsidR="00D4630D" w:rsidRDefault="00D4630D"/>
    <w:p w14:paraId="5FF61809" w14:textId="77777777" w:rsidR="00D4630D" w:rsidRDefault="00942742">
      <w:r>
        <w:t>Signed: _____________________________________   Date: ______________</w:t>
      </w:r>
    </w:p>
    <w:p w14:paraId="7F04FE70" w14:textId="77777777" w:rsidR="00D4630D" w:rsidRDefault="00D4630D"/>
    <w:sectPr w:rsidR="00D4630D"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74740" w14:textId="77777777" w:rsidR="00C162EC" w:rsidRDefault="00C162EC" w:rsidP="00B2647F">
      <w:pPr>
        <w:spacing w:after="0" w:line="240" w:lineRule="auto"/>
      </w:pPr>
      <w:r>
        <w:separator/>
      </w:r>
    </w:p>
  </w:endnote>
  <w:endnote w:type="continuationSeparator" w:id="0">
    <w:p w14:paraId="02B9BC31" w14:textId="77777777" w:rsidR="00C162EC" w:rsidRDefault="00C162EC" w:rsidP="00B26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8E23F" w14:textId="77777777" w:rsidR="00C162EC" w:rsidRDefault="00C162EC" w:rsidP="00B2647F">
      <w:pPr>
        <w:spacing w:after="0" w:line="240" w:lineRule="auto"/>
      </w:pPr>
      <w:r>
        <w:separator/>
      </w:r>
    </w:p>
  </w:footnote>
  <w:footnote w:type="continuationSeparator" w:id="0">
    <w:p w14:paraId="29945717" w14:textId="77777777" w:rsidR="00C162EC" w:rsidRDefault="00C162EC" w:rsidP="00B26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03C2D" w14:textId="111EC309" w:rsidR="00B2647F" w:rsidRDefault="00B2647F">
    <w:pPr>
      <w:pStyle w:val="Header"/>
    </w:pPr>
    <w:r>
      <w:rPr>
        <w:noProof/>
        <w:lang w:eastAsia="en-GB"/>
      </w:rPr>
      <w:drawing>
        <wp:anchor distT="0" distB="0" distL="114300" distR="114300" simplePos="0" relativeHeight="251659264" behindDoc="0" locked="0" layoutInCell="1" allowOverlap="1" wp14:anchorId="317178D2" wp14:editId="2040189C">
          <wp:simplePos x="0" y="0"/>
          <wp:positionH relativeFrom="column">
            <wp:posOffset>5074920</wp:posOffset>
          </wp:positionH>
          <wp:positionV relativeFrom="paragraph">
            <wp:posOffset>-91440</wp:posOffset>
          </wp:positionV>
          <wp:extent cx="1061085" cy="88392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883920"/>
                  </a:xfrm>
                  <a:prstGeom prst="rect">
                    <a:avLst/>
                  </a:prstGeom>
                  <a:noFill/>
                </pic:spPr>
              </pic:pic>
            </a:graphicData>
          </a:graphic>
        </wp:anchor>
      </w:drawing>
    </w:r>
    <w:r>
      <w:t>Friday 5</w:t>
    </w:r>
    <w:r w:rsidRPr="00B2647F">
      <w:rPr>
        <w:vertAlign w:val="superscript"/>
      </w:rPr>
      <w:t>th</w:t>
    </w:r>
    <w:r>
      <w:t xml:space="preserve"> December 2025</w:t>
    </w:r>
  </w:p>
  <w:p w14:paraId="0CCE75FD" w14:textId="77777777" w:rsidR="00B2647F" w:rsidRDefault="00B264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23766809">
    <w:abstractNumId w:val="8"/>
  </w:num>
  <w:num w:numId="2" w16cid:durableId="571626874">
    <w:abstractNumId w:val="6"/>
  </w:num>
  <w:num w:numId="3" w16cid:durableId="1557857855">
    <w:abstractNumId w:val="5"/>
  </w:num>
  <w:num w:numId="4" w16cid:durableId="2059619011">
    <w:abstractNumId w:val="4"/>
  </w:num>
  <w:num w:numId="5" w16cid:durableId="1766075200">
    <w:abstractNumId w:val="7"/>
  </w:num>
  <w:num w:numId="6" w16cid:durableId="948004334">
    <w:abstractNumId w:val="3"/>
  </w:num>
  <w:num w:numId="7" w16cid:durableId="83310206">
    <w:abstractNumId w:val="2"/>
  </w:num>
  <w:num w:numId="8" w16cid:durableId="1020231513">
    <w:abstractNumId w:val="1"/>
  </w:num>
  <w:num w:numId="9" w16cid:durableId="78145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411E"/>
    <w:rsid w:val="0015074B"/>
    <w:rsid w:val="0029639D"/>
    <w:rsid w:val="00326F90"/>
    <w:rsid w:val="00474B39"/>
    <w:rsid w:val="00942742"/>
    <w:rsid w:val="00AA1D8D"/>
    <w:rsid w:val="00B2647F"/>
    <w:rsid w:val="00B47730"/>
    <w:rsid w:val="00C162EC"/>
    <w:rsid w:val="00CB0664"/>
    <w:rsid w:val="00D4630D"/>
    <w:rsid w:val="00DD420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8C71A2"/>
  <w14:defaultImageDpi w14:val="300"/>
  <w15:docId w15:val="{5FC76404-1C75-40B2-9016-89FC2B8B8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Sophie Dimmock</cp:lastModifiedBy>
  <cp:revision>4</cp:revision>
  <dcterms:created xsi:type="dcterms:W3CDTF">2025-12-04T22:08:00Z</dcterms:created>
  <dcterms:modified xsi:type="dcterms:W3CDTF">2025-12-05T15:10:00Z</dcterms:modified>
  <cp:category/>
</cp:coreProperties>
</file>